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C0D4C" w14:textId="20FB77FE" w:rsidR="00676D8D" w:rsidRDefault="00EC7764">
      <w:pPr>
        <w:pStyle w:val="Heading1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B9F7541" wp14:editId="4F8313B1">
            <wp:simplePos x="0" y="0"/>
            <wp:positionH relativeFrom="column">
              <wp:posOffset>3800475</wp:posOffset>
            </wp:positionH>
            <wp:positionV relativeFrom="paragraph">
              <wp:posOffset>-7620</wp:posOffset>
            </wp:positionV>
            <wp:extent cx="2623820" cy="2095108"/>
            <wp:effectExtent l="0" t="0" r="5080" b="635"/>
            <wp:wrapNone/>
            <wp:docPr id="2109831250" name="Picture 1" descr="E A G L E S.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26995D8-81F3-4F29-B827-72BA030E4C55" descr="E A G L E S.png.PNG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3820" cy="2095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28A9">
        <w:t>T-Shirt Order Form</w:t>
      </w:r>
    </w:p>
    <w:p w14:paraId="5D46FB78" w14:textId="276882B7" w:rsidR="00676D8D" w:rsidRPr="00DC4B7D" w:rsidRDefault="0089356D" w:rsidP="0089356D">
      <w:pPr>
        <w:spacing w:after="0"/>
        <w:rPr>
          <w:sz w:val="40"/>
          <w:szCs w:val="40"/>
        </w:rPr>
      </w:pPr>
      <w:r>
        <w:rPr>
          <w:sz w:val="40"/>
          <w:szCs w:val="40"/>
        </w:rPr>
        <w:t xml:space="preserve">COTA in honor of </w:t>
      </w:r>
      <w:r w:rsidR="00A628A9" w:rsidRPr="00DC4B7D">
        <w:rPr>
          <w:sz w:val="40"/>
          <w:szCs w:val="40"/>
        </w:rPr>
        <w:t>Team Makenzie</w:t>
      </w:r>
    </w:p>
    <w:p w14:paraId="072A02CA" w14:textId="3E78D6C6" w:rsidR="00676D8D" w:rsidRDefault="0089356D">
      <w:pPr>
        <w:pStyle w:val="Heading2"/>
      </w:pPr>
      <w:r>
        <w:t>Team Member</w:t>
      </w:r>
      <w:r w:rsidR="00DC4B7D">
        <w:t xml:space="preserve"> </w:t>
      </w:r>
      <w:r>
        <w:t>t</w:t>
      </w:r>
      <w:r w:rsidR="00DC4B7D">
        <w:t>aking Orders</w:t>
      </w:r>
      <w:r>
        <w:t>:</w:t>
      </w:r>
    </w:p>
    <w:p w14:paraId="4895C970" w14:textId="77777777" w:rsidR="0089356D" w:rsidRPr="0089356D" w:rsidRDefault="0089356D">
      <w:pPr>
        <w:rPr>
          <w:sz w:val="6"/>
          <w:szCs w:val="6"/>
        </w:rPr>
      </w:pPr>
    </w:p>
    <w:p w14:paraId="71B9AAD7" w14:textId="0C1624FE" w:rsidR="00676D8D" w:rsidRDefault="00A628A9">
      <w:r>
        <w:t>Name: ___________________________________________</w:t>
      </w:r>
    </w:p>
    <w:p w14:paraId="7ADBE16E" w14:textId="77777777" w:rsidR="00676D8D" w:rsidRDefault="00A628A9">
      <w:r>
        <w:t>Phone: __________________________________________</w:t>
      </w:r>
    </w:p>
    <w:p w14:paraId="60642561" w14:textId="51FE0FA0" w:rsidR="00676D8D" w:rsidRDefault="00A628A9">
      <w:r>
        <w:t>Email: ___________________________________________</w:t>
      </w:r>
    </w:p>
    <w:tbl>
      <w:tblPr>
        <w:tblStyle w:val="TableGrid"/>
        <w:tblW w:w="9900" w:type="dxa"/>
        <w:tblInd w:w="-455" w:type="dxa"/>
        <w:tblLook w:val="04A0" w:firstRow="1" w:lastRow="0" w:firstColumn="1" w:lastColumn="0" w:noHBand="0" w:noVBand="1"/>
      </w:tblPr>
      <w:tblGrid>
        <w:gridCol w:w="3378"/>
        <w:gridCol w:w="942"/>
        <w:gridCol w:w="2362"/>
        <w:gridCol w:w="1152"/>
        <w:gridCol w:w="2066"/>
      </w:tblGrid>
      <w:tr w:rsidR="00DC4B7D" w14:paraId="3D40A9B6" w14:textId="77777777" w:rsidTr="0089356D">
        <w:tc>
          <w:tcPr>
            <w:tcW w:w="3378" w:type="dxa"/>
          </w:tcPr>
          <w:p w14:paraId="46DABEE2" w14:textId="77777777" w:rsidR="0089356D" w:rsidRDefault="00DC4B7D">
            <w:pPr>
              <w:rPr>
                <w:b/>
                <w:bCs/>
              </w:rPr>
            </w:pPr>
            <w:r w:rsidRPr="00EC43CA">
              <w:rPr>
                <w:b/>
                <w:bCs/>
              </w:rPr>
              <w:t>Person Ordering</w:t>
            </w:r>
            <w:r w:rsidR="0089356D">
              <w:rPr>
                <w:b/>
                <w:bCs/>
              </w:rPr>
              <w:t>:</w:t>
            </w:r>
          </w:p>
          <w:p w14:paraId="42751D96" w14:textId="2366CE6D" w:rsidR="00DC4B7D" w:rsidRPr="00EC43CA" w:rsidRDefault="0089356D">
            <w:pPr>
              <w:rPr>
                <w:b/>
                <w:bCs/>
              </w:rPr>
            </w:pPr>
            <w:r>
              <w:rPr>
                <w:b/>
                <w:bCs/>
              </w:rPr>
              <w:t>Name and Phone</w:t>
            </w:r>
            <w:r w:rsidR="00B9402A" w:rsidRPr="00EC43CA">
              <w:rPr>
                <w:b/>
                <w:bCs/>
              </w:rPr>
              <w:t xml:space="preserve">              </w:t>
            </w:r>
          </w:p>
        </w:tc>
        <w:tc>
          <w:tcPr>
            <w:tcW w:w="942" w:type="dxa"/>
          </w:tcPr>
          <w:p w14:paraId="21FCDDEF" w14:textId="7BE6B8BC" w:rsidR="00DC4B7D" w:rsidRPr="00EC43CA" w:rsidRDefault="0089356D" w:rsidP="00D2793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Size</w:t>
            </w:r>
          </w:p>
        </w:tc>
        <w:tc>
          <w:tcPr>
            <w:tcW w:w="2362" w:type="dxa"/>
          </w:tcPr>
          <w:p w14:paraId="7CDAD683" w14:textId="7FA98D4D" w:rsidR="00DC4B7D" w:rsidRPr="0089356D" w:rsidRDefault="00DC4B7D" w:rsidP="00D27931">
            <w:pPr>
              <w:jc w:val="center"/>
              <w:rPr>
                <w:b/>
                <w:bCs/>
              </w:rPr>
            </w:pPr>
            <w:r w:rsidRPr="0089356D">
              <w:rPr>
                <w:b/>
                <w:bCs/>
              </w:rPr>
              <w:t>Pink</w:t>
            </w:r>
            <w:r w:rsidR="0089356D" w:rsidRPr="0089356D">
              <w:rPr>
                <w:b/>
                <w:bCs/>
              </w:rPr>
              <w:t xml:space="preserve"> ~or~ </w:t>
            </w:r>
            <w:r w:rsidRPr="0089356D">
              <w:rPr>
                <w:b/>
                <w:bCs/>
              </w:rPr>
              <w:t>Blue</w:t>
            </w:r>
          </w:p>
        </w:tc>
        <w:tc>
          <w:tcPr>
            <w:tcW w:w="1152" w:type="dxa"/>
          </w:tcPr>
          <w:p w14:paraId="2D0179D1" w14:textId="2D43CD62" w:rsidR="00DC4B7D" w:rsidRPr="00EC43CA" w:rsidRDefault="00307222">
            <w:pPr>
              <w:rPr>
                <w:b/>
                <w:bCs/>
              </w:rPr>
            </w:pPr>
            <w:r>
              <w:rPr>
                <w:b/>
                <w:bCs/>
              </w:rPr>
              <w:t>$20 Each</w:t>
            </w:r>
          </w:p>
          <w:p w14:paraId="107977F6" w14:textId="77777777" w:rsidR="00DC4B7D" w:rsidRPr="00EC43CA" w:rsidRDefault="00DC4B7D">
            <w:pPr>
              <w:rPr>
                <w:b/>
                <w:bCs/>
              </w:rPr>
            </w:pPr>
          </w:p>
        </w:tc>
        <w:tc>
          <w:tcPr>
            <w:tcW w:w="2066" w:type="dxa"/>
          </w:tcPr>
          <w:p w14:paraId="1EFBCEFE" w14:textId="77777777" w:rsidR="00DC4B7D" w:rsidRPr="00EC43CA" w:rsidRDefault="00DC4B7D">
            <w:pPr>
              <w:rPr>
                <w:b/>
                <w:bCs/>
              </w:rPr>
            </w:pPr>
            <w:r w:rsidRPr="00EC43CA">
              <w:rPr>
                <w:b/>
                <w:bCs/>
              </w:rPr>
              <w:t>Total</w:t>
            </w:r>
          </w:p>
        </w:tc>
      </w:tr>
      <w:tr w:rsidR="00DC4B7D" w14:paraId="4D886D4C" w14:textId="77777777" w:rsidTr="0089356D">
        <w:trPr>
          <w:trHeight w:val="575"/>
        </w:trPr>
        <w:tc>
          <w:tcPr>
            <w:tcW w:w="3378" w:type="dxa"/>
          </w:tcPr>
          <w:p w14:paraId="74BB70DF" w14:textId="6AFFC813" w:rsidR="00DC4B7D" w:rsidRDefault="00DC4B7D"/>
        </w:tc>
        <w:tc>
          <w:tcPr>
            <w:tcW w:w="942" w:type="dxa"/>
          </w:tcPr>
          <w:p w14:paraId="55E61F56" w14:textId="71AB6A79" w:rsidR="00DC4B7D" w:rsidRDefault="00DC4B7D"/>
        </w:tc>
        <w:tc>
          <w:tcPr>
            <w:tcW w:w="2362" w:type="dxa"/>
          </w:tcPr>
          <w:p w14:paraId="784CF7B0" w14:textId="5820A19C" w:rsidR="00DC4B7D" w:rsidRDefault="00DC4B7D"/>
        </w:tc>
        <w:tc>
          <w:tcPr>
            <w:tcW w:w="1152" w:type="dxa"/>
          </w:tcPr>
          <w:p w14:paraId="5D35CAC2" w14:textId="464893B8" w:rsidR="00DC4B7D" w:rsidRDefault="00DC4B7D"/>
        </w:tc>
        <w:tc>
          <w:tcPr>
            <w:tcW w:w="2066" w:type="dxa"/>
          </w:tcPr>
          <w:p w14:paraId="73B04D0A" w14:textId="7EFA2D07" w:rsidR="00DC4B7D" w:rsidRDefault="0089356D">
            <w:r>
              <w:t>$</w:t>
            </w:r>
          </w:p>
        </w:tc>
      </w:tr>
      <w:tr w:rsidR="00DC4B7D" w14:paraId="2102B6EE" w14:textId="77777777" w:rsidTr="00D27931">
        <w:trPr>
          <w:trHeight w:val="710"/>
        </w:trPr>
        <w:tc>
          <w:tcPr>
            <w:tcW w:w="3378" w:type="dxa"/>
          </w:tcPr>
          <w:p w14:paraId="0586590D" w14:textId="77777777" w:rsidR="00DC4B7D" w:rsidRDefault="00DC4B7D"/>
        </w:tc>
        <w:tc>
          <w:tcPr>
            <w:tcW w:w="942" w:type="dxa"/>
          </w:tcPr>
          <w:p w14:paraId="0E130372" w14:textId="77777777" w:rsidR="00DC4B7D" w:rsidRDefault="00DC4B7D"/>
        </w:tc>
        <w:tc>
          <w:tcPr>
            <w:tcW w:w="2362" w:type="dxa"/>
          </w:tcPr>
          <w:p w14:paraId="0A77D6FA" w14:textId="77777777" w:rsidR="00DC4B7D" w:rsidRDefault="00DC4B7D"/>
        </w:tc>
        <w:tc>
          <w:tcPr>
            <w:tcW w:w="1152" w:type="dxa"/>
          </w:tcPr>
          <w:p w14:paraId="4A9F71E6" w14:textId="77777777" w:rsidR="00DC4B7D" w:rsidRDefault="00DC4B7D"/>
        </w:tc>
        <w:tc>
          <w:tcPr>
            <w:tcW w:w="2066" w:type="dxa"/>
          </w:tcPr>
          <w:p w14:paraId="61E172EC" w14:textId="5E9E715C" w:rsidR="00DC4B7D" w:rsidRDefault="0089356D">
            <w:r>
              <w:t>$</w:t>
            </w:r>
          </w:p>
        </w:tc>
      </w:tr>
      <w:tr w:rsidR="00DC4B7D" w14:paraId="5B64EAE6" w14:textId="77777777" w:rsidTr="00D27931">
        <w:trPr>
          <w:trHeight w:val="710"/>
        </w:trPr>
        <w:tc>
          <w:tcPr>
            <w:tcW w:w="3378" w:type="dxa"/>
          </w:tcPr>
          <w:p w14:paraId="05D5CF69" w14:textId="7179ED4D" w:rsidR="00DC4B7D" w:rsidRDefault="00DC4B7D"/>
        </w:tc>
        <w:tc>
          <w:tcPr>
            <w:tcW w:w="942" w:type="dxa"/>
          </w:tcPr>
          <w:p w14:paraId="7682979A" w14:textId="6D91977C" w:rsidR="00DC4B7D" w:rsidRDefault="00DC4B7D"/>
        </w:tc>
        <w:tc>
          <w:tcPr>
            <w:tcW w:w="2362" w:type="dxa"/>
          </w:tcPr>
          <w:p w14:paraId="0AFEF273" w14:textId="056D5B46" w:rsidR="00DC4B7D" w:rsidRDefault="00DC4B7D"/>
        </w:tc>
        <w:tc>
          <w:tcPr>
            <w:tcW w:w="1152" w:type="dxa"/>
          </w:tcPr>
          <w:p w14:paraId="4E0472C5" w14:textId="4F533D35" w:rsidR="00DC4B7D" w:rsidRDefault="00DC4B7D"/>
        </w:tc>
        <w:tc>
          <w:tcPr>
            <w:tcW w:w="2066" w:type="dxa"/>
          </w:tcPr>
          <w:p w14:paraId="1BB3CA4F" w14:textId="7F6FAE29" w:rsidR="00DC4B7D" w:rsidRDefault="0089356D">
            <w:r>
              <w:t>$</w:t>
            </w:r>
          </w:p>
        </w:tc>
      </w:tr>
      <w:tr w:rsidR="00DC4B7D" w14:paraId="4D8EF467" w14:textId="77777777" w:rsidTr="00D27931">
        <w:trPr>
          <w:trHeight w:val="710"/>
        </w:trPr>
        <w:tc>
          <w:tcPr>
            <w:tcW w:w="3378" w:type="dxa"/>
          </w:tcPr>
          <w:p w14:paraId="49946E38" w14:textId="24DB7B0E" w:rsidR="00DC4B7D" w:rsidRDefault="00DC4B7D"/>
        </w:tc>
        <w:tc>
          <w:tcPr>
            <w:tcW w:w="942" w:type="dxa"/>
          </w:tcPr>
          <w:p w14:paraId="5E552D10" w14:textId="130C94BE" w:rsidR="00DC4B7D" w:rsidRDefault="00DC4B7D"/>
        </w:tc>
        <w:tc>
          <w:tcPr>
            <w:tcW w:w="2362" w:type="dxa"/>
          </w:tcPr>
          <w:p w14:paraId="04AEAD09" w14:textId="64B2E987" w:rsidR="00DC4B7D" w:rsidRDefault="00DC4B7D"/>
        </w:tc>
        <w:tc>
          <w:tcPr>
            <w:tcW w:w="1152" w:type="dxa"/>
          </w:tcPr>
          <w:p w14:paraId="3C073542" w14:textId="4B299FF5" w:rsidR="00DC4B7D" w:rsidRDefault="00DC4B7D"/>
        </w:tc>
        <w:tc>
          <w:tcPr>
            <w:tcW w:w="2066" w:type="dxa"/>
          </w:tcPr>
          <w:p w14:paraId="7B92E603" w14:textId="7A794FA1" w:rsidR="00DC4B7D" w:rsidRDefault="0089356D">
            <w:r>
              <w:t>$</w:t>
            </w:r>
          </w:p>
        </w:tc>
      </w:tr>
      <w:tr w:rsidR="00DC4B7D" w14:paraId="065A2606" w14:textId="77777777" w:rsidTr="00D27931">
        <w:trPr>
          <w:trHeight w:val="710"/>
        </w:trPr>
        <w:tc>
          <w:tcPr>
            <w:tcW w:w="3378" w:type="dxa"/>
          </w:tcPr>
          <w:p w14:paraId="0043023E" w14:textId="16EA64C8" w:rsidR="00DC4B7D" w:rsidRDefault="00DC4B7D"/>
        </w:tc>
        <w:tc>
          <w:tcPr>
            <w:tcW w:w="942" w:type="dxa"/>
          </w:tcPr>
          <w:p w14:paraId="25B9AA70" w14:textId="3928F9EA" w:rsidR="00DC4B7D" w:rsidRDefault="00DC4B7D"/>
        </w:tc>
        <w:tc>
          <w:tcPr>
            <w:tcW w:w="2362" w:type="dxa"/>
          </w:tcPr>
          <w:p w14:paraId="5ECC6114" w14:textId="740854C1" w:rsidR="00DC4B7D" w:rsidRDefault="00DC4B7D"/>
        </w:tc>
        <w:tc>
          <w:tcPr>
            <w:tcW w:w="1152" w:type="dxa"/>
          </w:tcPr>
          <w:p w14:paraId="7FC10611" w14:textId="7EA86CA4" w:rsidR="00DC4B7D" w:rsidRDefault="00DC4B7D"/>
        </w:tc>
        <w:tc>
          <w:tcPr>
            <w:tcW w:w="2066" w:type="dxa"/>
          </w:tcPr>
          <w:p w14:paraId="2B12ABEB" w14:textId="2F464FB8" w:rsidR="00DC4B7D" w:rsidRDefault="0089356D">
            <w:r>
              <w:t>$</w:t>
            </w:r>
          </w:p>
        </w:tc>
      </w:tr>
      <w:tr w:rsidR="0089356D" w14:paraId="3985DF43" w14:textId="77777777" w:rsidTr="0089356D">
        <w:trPr>
          <w:trHeight w:val="774"/>
        </w:trPr>
        <w:tc>
          <w:tcPr>
            <w:tcW w:w="3378" w:type="dxa"/>
          </w:tcPr>
          <w:p w14:paraId="4C4E0F3C" w14:textId="77777777" w:rsidR="0089356D" w:rsidRDefault="0089356D"/>
        </w:tc>
        <w:tc>
          <w:tcPr>
            <w:tcW w:w="942" w:type="dxa"/>
          </w:tcPr>
          <w:p w14:paraId="69AB4923" w14:textId="77777777" w:rsidR="0089356D" w:rsidRDefault="0089356D"/>
        </w:tc>
        <w:tc>
          <w:tcPr>
            <w:tcW w:w="2362" w:type="dxa"/>
          </w:tcPr>
          <w:p w14:paraId="6B21A379" w14:textId="77777777" w:rsidR="0089356D" w:rsidRDefault="0089356D"/>
        </w:tc>
        <w:tc>
          <w:tcPr>
            <w:tcW w:w="1152" w:type="dxa"/>
          </w:tcPr>
          <w:p w14:paraId="0489380C" w14:textId="77777777" w:rsidR="0089356D" w:rsidRDefault="0089356D"/>
        </w:tc>
        <w:tc>
          <w:tcPr>
            <w:tcW w:w="2066" w:type="dxa"/>
          </w:tcPr>
          <w:p w14:paraId="1F37C4CE" w14:textId="5FD2F1AB" w:rsidR="0089356D" w:rsidRDefault="0089356D">
            <w:r>
              <w:t>$</w:t>
            </w:r>
          </w:p>
        </w:tc>
      </w:tr>
      <w:tr w:rsidR="00DC4B7D" w14:paraId="03295857" w14:textId="77777777" w:rsidTr="00D27931">
        <w:trPr>
          <w:trHeight w:val="647"/>
        </w:trPr>
        <w:tc>
          <w:tcPr>
            <w:tcW w:w="3378" w:type="dxa"/>
          </w:tcPr>
          <w:p w14:paraId="4B716AE1" w14:textId="3C31D93F" w:rsidR="00DC4B7D" w:rsidRDefault="00DC4B7D"/>
        </w:tc>
        <w:tc>
          <w:tcPr>
            <w:tcW w:w="942" w:type="dxa"/>
          </w:tcPr>
          <w:p w14:paraId="591E0424" w14:textId="5411713B" w:rsidR="00DC4B7D" w:rsidRDefault="00DC4B7D"/>
        </w:tc>
        <w:tc>
          <w:tcPr>
            <w:tcW w:w="2362" w:type="dxa"/>
          </w:tcPr>
          <w:p w14:paraId="6F91C113" w14:textId="6ED09C84" w:rsidR="00DC4B7D" w:rsidRDefault="00DC4B7D"/>
        </w:tc>
        <w:tc>
          <w:tcPr>
            <w:tcW w:w="1152" w:type="dxa"/>
          </w:tcPr>
          <w:p w14:paraId="7EA2B3CB" w14:textId="47BE690B" w:rsidR="00DC4B7D" w:rsidRDefault="00DC4B7D"/>
        </w:tc>
        <w:tc>
          <w:tcPr>
            <w:tcW w:w="2066" w:type="dxa"/>
          </w:tcPr>
          <w:p w14:paraId="7BD03467" w14:textId="376D0FF3" w:rsidR="00DC4B7D" w:rsidRDefault="0089356D">
            <w:r>
              <w:t>$</w:t>
            </w:r>
          </w:p>
          <w:p w14:paraId="6476DC07" w14:textId="77777777" w:rsidR="00F42A6B" w:rsidRDefault="00F42A6B"/>
          <w:p w14:paraId="42D86862" w14:textId="68FB04A5" w:rsidR="00F42A6B" w:rsidRDefault="00F42A6B"/>
        </w:tc>
      </w:tr>
      <w:tr w:rsidR="009165A4" w14:paraId="36031727" w14:textId="77777777" w:rsidTr="0089356D">
        <w:trPr>
          <w:trHeight w:val="774"/>
        </w:trPr>
        <w:tc>
          <w:tcPr>
            <w:tcW w:w="3378" w:type="dxa"/>
          </w:tcPr>
          <w:p w14:paraId="712DA19A" w14:textId="77777777" w:rsidR="009165A4" w:rsidRDefault="009165A4"/>
        </w:tc>
        <w:tc>
          <w:tcPr>
            <w:tcW w:w="942" w:type="dxa"/>
          </w:tcPr>
          <w:p w14:paraId="7E9D7BB7" w14:textId="77777777" w:rsidR="009165A4" w:rsidRDefault="009165A4"/>
        </w:tc>
        <w:tc>
          <w:tcPr>
            <w:tcW w:w="2362" w:type="dxa"/>
          </w:tcPr>
          <w:p w14:paraId="7AA01589" w14:textId="77777777" w:rsidR="009165A4" w:rsidRDefault="009165A4"/>
        </w:tc>
        <w:tc>
          <w:tcPr>
            <w:tcW w:w="1152" w:type="dxa"/>
          </w:tcPr>
          <w:p w14:paraId="6A6724EC" w14:textId="77777777" w:rsidR="009165A4" w:rsidRDefault="009165A4"/>
        </w:tc>
        <w:tc>
          <w:tcPr>
            <w:tcW w:w="2066" w:type="dxa"/>
          </w:tcPr>
          <w:p w14:paraId="68931320" w14:textId="6E09A967" w:rsidR="009165A4" w:rsidRDefault="0089356D">
            <w:r>
              <w:t>$</w:t>
            </w:r>
          </w:p>
          <w:p w14:paraId="12007131" w14:textId="77777777" w:rsidR="009165A4" w:rsidRDefault="009165A4"/>
        </w:tc>
      </w:tr>
      <w:tr w:rsidR="00434509" w14:paraId="783044BF" w14:textId="77777777" w:rsidTr="00D27931">
        <w:trPr>
          <w:trHeight w:val="512"/>
        </w:trPr>
        <w:tc>
          <w:tcPr>
            <w:tcW w:w="3378" w:type="dxa"/>
          </w:tcPr>
          <w:p w14:paraId="53892D61" w14:textId="77777777" w:rsidR="00434509" w:rsidRDefault="00434509"/>
        </w:tc>
        <w:tc>
          <w:tcPr>
            <w:tcW w:w="942" w:type="dxa"/>
          </w:tcPr>
          <w:p w14:paraId="509EC119" w14:textId="77777777" w:rsidR="00434509" w:rsidRDefault="00434509"/>
        </w:tc>
        <w:tc>
          <w:tcPr>
            <w:tcW w:w="2362" w:type="dxa"/>
          </w:tcPr>
          <w:p w14:paraId="7562B445" w14:textId="77777777" w:rsidR="00434509" w:rsidRDefault="00434509"/>
        </w:tc>
        <w:tc>
          <w:tcPr>
            <w:tcW w:w="1152" w:type="dxa"/>
          </w:tcPr>
          <w:p w14:paraId="66AAB340" w14:textId="77777777" w:rsidR="00434509" w:rsidRDefault="00434509"/>
        </w:tc>
        <w:tc>
          <w:tcPr>
            <w:tcW w:w="2066" w:type="dxa"/>
          </w:tcPr>
          <w:p w14:paraId="309736E7" w14:textId="03B4C33E" w:rsidR="00434509" w:rsidRDefault="0089356D">
            <w:r>
              <w:t>$</w:t>
            </w:r>
          </w:p>
          <w:p w14:paraId="164E3754" w14:textId="77777777" w:rsidR="00434509" w:rsidRDefault="00434509"/>
          <w:p w14:paraId="3DAB8594" w14:textId="77777777" w:rsidR="00434509" w:rsidRDefault="00434509"/>
        </w:tc>
      </w:tr>
      <w:tr w:rsidR="00F42A6B" w14:paraId="21DFFFE1" w14:textId="77777777" w:rsidTr="0089356D">
        <w:trPr>
          <w:trHeight w:val="575"/>
        </w:trPr>
        <w:tc>
          <w:tcPr>
            <w:tcW w:w="3378" w:type="dxa"/>
          </w:tcPr>
          <w:p w14:paraId="4AB687D4" w14:textId="77777777" w:rsidR="00F42A6B" w:rsidRDefault="00F42A6B"/>
        </w:tc>
        <w:tc>
          <w:tcPr>
            <w:tcW w:w="942" w:type="dxa"/>
          </w:tcPr>
          <w:p w14:paraId="5785B71E" w14:textId="77777777" w:rsidR="00F42A6B" w:rsidRDefault="00F42A6B"/>
        </w:tc>
        <w:tc>
          <w:tcPr>
            <w:tcW w:w="2362" w:type="dxa"/>
          </w:tcPr>
          <w:p w14:paraId="3FCED157" w14:textId="77777777" w:rsidR="00F42A6B" w:rsidRDefault="00F42A6B"/>
        </w:tc>
        <w:tc>
          <w:tcPr>
            <w:tcW w:w="1152" w:type="dxa"/>
          </w:tcPr>
          <w:p w14:paraId="7C41CF78" w14:textId="77777777" w:rsidR="00F42A6B" w:rsidRDefault="00F42A6B"/>
        </w:tc>
        <w:tc>
          <w:tcPr>
            <w:tcW w:w="2066" w:type="dxa"/>
          </w:tcPr>
          <w:p w14:paraId="1C48D3DD" w14:textId="52FC558E" w:rsidR="00F42A6B" w:rsidRDefault="0089356D">
            <w:r>
              <w:t>$</w:t>
            </w:r>
          </w:p>
          <w:p w14:paraId="316A18BE" w14:textId="77777777" w:rsidR="00F42A6B" w:rsidRDefault="00F42A6B"/>
          <w:p w14:paraId="03C118C5" w14:textId="77777777" w:rsidR="00F42A6B" w:rsidRDefault="00F42A6B"/>
        </w:tc>
      </w:tr>
    </w:tbl>
    <w:p w14:paraId="716D3E50" w14:textId="5523BB3D" w:rsidR="00676D8D" w:rsidRPr="00D27931" w:rsidRDefault="0089356D">
      <w:pPr>
        <w:rPr>
          <w:b/>
          <w:bCs/>
          <w:sz w:val="28"/>
          <w:szCs w:val="28"/>
        </w:rPr>
      </w:pPr>
      <w:r w:rsidRPr="00D27931">
        <w:rPr>
          <w:b/>
          <w:bCs/>
          <w:noProof/>
          <w:sz w:val="40"/>
          <w:szCs w:val="40"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19CDBC6" wp14:editId="3A0B94D3">
                <wp:simplePos x="0" y="0"/>
                <wp:positionH relativeFrom="column">
                  <wp:posOffset>3305175</wp:posOffset>
                </wp:positionH>
                <wp:positionV relativeFrom="paragraph">
                  <wp:posOffset>142240</wp:posOffset>
                </wp:positionV>
                <wp:extent cx="2360930" cy="1404620"/>
                <wp:effectExtent l="0" t="0" r="15240" b="1778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32DB20" w14:textId="0A6A1294" w:rsidR="0089356D" w:rsidRDefault="0089356D" w:rsidP="0089356D">
                            <w:pPr>
                              <w:spacing w:after="0" w:line="240" w:lineRule="auto"/>
                            </w:pPr>
                            <w:r w:rsidRPr="0089356D">
                              <w:rPr>
                                <w:u w:val="single"/>
                              </w:rPr>
                              <w:t>SIZES</w:t>
                            </w:r>
                            <w:r>
                              <w:t>:</w:t>
                            </w:r>
                          </w:p>
                          <w:p w14:paraId="11A55993" w14:textId="6CC328C0" w:rsidR="0089356D" w:rsidRDefault="0089356D" w:rsidP="0089356D">
                            <w:pPr>
                              <w:spacing w:after="0" w:line="240" w:lineRule="auto"/>
                            </w:pPr>
                            <w:r>
                              <w:t xml:space="preserve">Youth:  </w:t>
                            </w:r>
                            <w:r w:rsidR="00CF0C25">
                              <w:t>Y</w:t>
                            </w:r>
                            <w:r>
                              <w:t xml:space="preserve">S, </w:t>
                            </w:r>
                            <w:r w:rsidR="00CF0C25">
                              <w:t>YS, Y</w:t>
                            </w:r>
                            <w:r>
                              <w:t>M,</w:t>
                            </w:r>
                            <w:r w:rsidR="00CF0C25">
                              <w:t xml:space="preserve"> Y</w:t>
                            </w:r>
                            <w:r>
                              <w:t>L</w:t>
                            </w:r>
                          </w:p>
                          <w:p w14:paraId="3742BE29" w14:textId="7EB1B78F" w:rsidR="0089356D" w:rsidRDefault="0089356D" w:rsidP="0089356D">
                            <w:pPr>
                              <w:spacing w:after="0" w:line="240" w:lineRule="auto"/>
                            </w:pPr>
                            <w:r>
                              <w:t xml:space="preserve">Adult: </w:t>
                            </w:r>
                            <w:r w:rsidR="00D27931">
                              <w:t xml:space="preserve">  </w:t>
                            </w:r>
                            <w:r>
                              <w:t>S, M, L, XL, 2XL,</w:t>
                            </w:r>
                            <w:r w:rsidR="00CF0C25">
                              <w:t xml:space="preserve"> </w:t>
                            </w:r>
                            <w:r>
                              <w:t>3X</w:t>
                            </w:r>
                            <w:r w:rsidR="00CF0C25">
                              <w:t>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19CDBC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0.25pt;margin-top:11.2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">
                <v:textbox style="mso-fit-shape-to-text:t">
                  <w:txbxContent>
                    <w:p w14:paraId="1E32DB20" w14:textId="0A6A1294" w:rsidR="0089356D" w:rsidRDefault="0089356D" w:rsidP="0089356D">
                      <w:pPr>
                        <w:spacing w:after="0" w:line="240" w:lineRule="auto"/>
                      </w:pPr>
                      <w:r w:rsidRPr="0089356D">
                        <w:rPr>
                          <w:u w:val="single"/>
                        </w:rPr>
                        <w:t>SIZES</w:t>
                      </w:r>
                      <w:r>
                        <w:t>:</w:t>
                      </w:r>
                    </w:p>
                    <w:p w14:paraId="11A55993" w14:textId="6CC328C0" w:rsidR="0089356D" w:rsidRDefault="0089356D" w:rsidP="0089356D">
                      <w:pPr>
                        <w:spacing w:after="0" w:line="240" w:lineRule="auto"/>
                      </w:pPr>
                      <w:r>
                        <w:t xml:space="preserve">Youth:  </w:t>
                      </w:r>
                      <w:r w:rsidR="00CF0C25">
                        <w:t>Y</w:t>
                      </w:r>
                      <w:r>
                        <w:t xml:space="preserve">S, </w:t>
                      </w:r>
                      <w:r w:rsidR="00CF0C25">
                        <w:t>YS, Y</w:t>
                      </w:r>
                      <w:r>
                        <w:t>M,</w:t>
                      </w:r>
                      <w:r w:rsidR="00CF0C25">
                        <w:t xml:space="preserve"> Y</w:t>
                      </w:r>
                      <w:r>
                        <w:t>L</w:t>
                      </w:r>
                    </w:p>
                    <w:p w14:paraId="3742BE29" w14:textId="7EB1B78F" w:rsidR="0089356D" w:rsidRDefault="0089356D" w:rsidP="0089356D">
                      <w:pPr>
                        <w:spacing w:after="0" w:line="240" w:lineRule="auto"/>
                      </w:pPr>
                      <w:r>
                        <w:t xml:space="preserve">Adult: </w:t>
                      </w:r>
                      <w:r w:rsidR="00D27931">
                        <w:t xml:space="preserve">  </w:t>
                      </w:r>
                      <w:r>
                        <w:t>S, M, L, XL, 2XL,</w:t>
                      </w:r>
                      <w:r w:rsidR="00CF0C25">
                        <w:t xml:space="preserve"> </w:t>
                      </w:r>
                      <w:r>
                        <w:t>3X</w:t>
                      </w:r>
                      <w:r w:rsidR="00CF0C25"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 w:rsidR="007D0669" w:rsidRPr="00D27931">
        <w:rPr>
          <w:b/>
          <w:bCs/>
          <w:sz w:val="28"/>
          <w:szCs w:val="28"/>
        </w:rPr>
        <w:t>Cash Only</w:t>
      </w:r>
    </w:p>
    <w:p w14:paraId="06FC72A2" w14:textId="3BB17F7E" w:rsidR="00676D8D" w:rsidRPr="00D27931" w:rsidRDefault="00A628A9">
      <w:pPr>
        <w:rPr>
          <w:u w:val="single"/>
        </w:rPr>
      </w:pPr>
      <w:r>
        <w:t>Total Due: $</w:t>
      </w:r>
      <w:r w:rsidR="00D27931">
        <w:rPr>
          <w:u w:val="single"/>
        </w:rPr>
        <w:tab/>
      </w:r>
      <w:r w:rsidR="00D27931">
        <w:rPr>
          <w:u w:val="single"/>
        </w:rPr>
        <w:tab/>
      </w:r>
      <w:r w:rsidR="00D27931">
        <w:rPr>
          <w:u w:val="single"/>
        </w:rPr>
        <w:tab/>
      </w:r>
      <w:r w:rsidR="00D27931">
        <w:rPr>
          <w:u w:val="single"/>
        </w:rPr>
        <w:tab/>
      </w:r>
    </w:p>
    <w:p w14:paraId="32CDC8CE" w14:textId="5735880F" w:rsidR="00676D8D" w:rsidRPr="00D27931" w:rsidRDefault="00A628A9">
      <w:pPr>
        <w:rPr>
          <w:u w:val="single"/>
        </w:rPr>
      </w:pPr>
      <w:r>
        <w:t xml:space="preserve">Signature: </w:t>
      </w:r>
      <w:r w:rsidR="00D27931">
        <w:rPr>
          <w:u w:val="single"/>
        </w:rPr>
        <w:tab/>
      </w:r>
      <w:r w:rsidR="00D27931">
        <w:rPr>
          <w:u w:val="single"/>
        </w:rPr>
        <w:tab/>
      </w:r>
      <w:r w:rsidR="00D27931">
        <w:rPr>
          <w:u w:val="single"/>
        </w:rPr>
        <w:tab/>
      </w:r>
      <w:r w:rsidR="00D27931">
        <w:rPr>
          <w:u w:val="single"/>
        </w:rPr>
        <w:tab/>
      </w:r>
    </w:p>
    <w:p w14:paraId="1B9D6180" w14:textId="4FA864B1" w:rsidR="00676D8D" w:rsidRDefault="00A628A9">
      <w:r>
        <w:t>Date</w:t>
      </w:r>
      <w:r w:rsidR="00D27931">
        <w:t xml:space="preserve"> Submitted</w:t>
      </w:r>
      <w:r>
        <w:t>:</w:t>
      </w:r>
      <w:r w:rsidR="00D27931">
        <w:rPr>
          <w:u w:val="single"/>
        </w:rPr>
        <w:tab/>
      </w:r>
      <w:r w:rsidR="00D27931">
        <w:rPr>
          <w:u w:val="single"/>
        </w:rPr>
        <w:tab/>
      </w:r>
      <w:r w:rsidR="00D27931">
        <w:rPr>
          <w:u w:val="single"/>
        </w:rPr>
        <w:tab/>
      </w:r>
      <w:r>
        <w:t xml:space="preserve"> </w:t>
      </w:r>
    </w:p>
    <w:p w14:paraId="71AC84EF" w14:textId="307799E5" w:rsidR="000C7E70" w:rsidRDefault="000A30D2" w:rsidP="0089356D">
      <w:pPr>
        <w:spacing w:after="0"/>
        <w:jc w:val="center"/>
        <w:rPr>
          <w:b/>
          <w:bCs/>
          <w:sz w:val="32"/>
          <w:szCs w:val="32"/>
        </w:rPr>
      </w:pPr>
      <w:r w:rsidRPr="000A30D2">
        <w:rPr>
          <w:b/>
          <w:bCs/>
          <w:sz w:val="32"/>
          <w:szCs w:val="32"/>
        </w:rPr>
        <w:t>ALL MONEY FOR T</w:t>
      </w:r>
      <w:r w:rsidR="00AF7D22">
        <w:rPr>
          <w:b/>
          <w:bCs/>
          <w:sz w:val="32"/>
          <w:szCs w:val="32"/>
        </w:rPr>
        <w:t>-</w:t>
      </w:r>
      <w:r w:rsidRPr="000A30D2">
        <w:rPr>
          <w:b/>
          <w:bCs/>
          <w:sz w:val="32"/>
          <w:szCs w:val="32"/>
        </w:rPr>
        <w:t xml:space="preserve">SHIRTS MUST BE TURNED INTO </w:t>
      </w:r>
    </w:p>
    <w:p w14:paraId="4A8DE2CA" w14:textId="19FB17D5" w:rsidR="00EC7764" w:rsidRDefault="000A30D2" w:rsidP="0089356D">
      <w:pPr>
        <w:spacing w:after="0"/>
        <w:jc w:val="center"/>
        <w:rPr>
          <w:b/>
          <w:bCs/>
          <w:sz w:val="32"/>
          <w:szCs w:val="32"/>
        </w:rPr>
      </w:pPr>
      <w:r w:rsidRPr="000C7E70">
        <w:rPr>
          <w:b/>
          <w:bCs/>
          <w:sz w:val="32"/>
          <w:szCs w:val="32"/>
          <w:u w:val="single"/>
        </w:rPr>
        <w:t>JUDITH FORD</w:t>
      </w:r>
      <w:r w:rsidRPr="000A30D2">
        <w:rPr>
          <w:b/>
          <w:bCs/>
          <w:sz w:val="32"/>
          <w:szCs w:val="32"/>
        </w:rPr>
        <w:t xml:space="preserve"> BEFORE ORDER CAN BE PLACED</w:t>
      </w:r>
      <w:r w:rsidR="000D7D21">
        <w:rPr>
          <w:b/>
          <w:bCs/>
          <w:sz w:val="32"/>
          <w:szCs w:val="32"/>
        </w:rPr>
        <w:t>!</w:t>
      </w:r>
    </w:p>
    <w:p w14:paraId="49D337C6" w14:textId="20453A90" w:rsidR="00EC7764" w:rsidRDefault="00EC7764" w:rsidP="0089356D">
      <w:pPr>
        <w:spacing w:after="0"/>
        <w:jc w:val="center"/>
        <w:rPr>
          <w:b/>
          <w:bCs/>
          <w:sz w:val="32"/>
          <w:szCs w:val="32"/>
        </w:rPr>
      </w:pPr>
    </w:p>
    <w:sectPr w:rsidR="00EC7764" w:rsidSect="00D27931">
      <w:pgSz w:w="12240" w:h="15840"/>
      <w:pgMar w:top="432" w:right="1800" w:bottom="432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06818926">
    <w:abstractNumId w:val="8"/>
  </w:num>
  <w:num w:numId="2" w16cid:durableId="44640744">
    <w:abstractNumId w:val="6"/>
  </w:num>
  <w:num w:numId="3" w16cid:durableId="782264718">
    <w:abstractNumId w:val="5"/>
  </w:num>
  <w:num w:numId="4" w16cid:durableId="50739863">
    <w:abstractNumId w:val="4"/>
  </w:num>
  <w:num w:numId="5" w16cid:durableId="1685742062">
    <w:abstractNumId w:val="7"/>
  </w:num>
  <w:num w:numId="6" w16cid:durableId="613633133">
    <w:abstractNumId w:val="3"/>
  </w:num>
  <w:num w:numId="7" w16cid:durableId="65491262">
    <w:abstractNumId w:val="2"/>
  </w:num>
  <w:num w:numId="8" w16cid:durableId="1927112054">
    <w:abstractNumId w:val="1"/>
  </w:num>
  <w:num w:numId="9" w16cid:durableId="17428287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A30D2"/>
    <w:rsid w:val="000C7E70"/>
    <w:rsid w:val="000D7D21"/>
    <w:rsid w:val="00107AD6"/>
    <w:rsid w:val="0015074B"/>
    <w:rsid w:val="0029639D"/>
    <w:rsid w:val="00307222"/>
    <w:rsid w:val="00326F90"/>
    <w:rsid w:val="00394A43"/>
    <w:rsid w:val="003C2187"/>
    <w:rsid w:val="00434509"/>
    <w:rsid w:val="004A08A5"/>
    <w:rsid w:val="00676D8D"/>
    <w:rsid w:val="007D0669"/>
    <w:rsid w:val="007D2D92"/>
    <w:rsid w:val="0089356D"/>
    <w:rsid w:val="009165A4"/>
    <w:rsid w:val="00A37D07"/>
    <w:rsid w:val="00A628A9"/>
    <w:rsid w:val="00AA1D8D"/>
    <w:rsid w:val="00AF7D22"/>
    <w:rsid w:val="00B47730"/>
    <w:rsid w:val="00B60267"/>
    <w:rsid w:val="00B9402A"/>
    <w:rsid w:val="00CB0664"/>
    <w:rsid w:val="00CF0C25"/>
    <w:rsid w:val="00D27931"/>
    <w:rsid w:val="00DC4B7D"/>
    <w:rsid w:val="00EC43CA"/>
    <w:rsid w:val="00EC7764"/>
    <w:rsid w:val="00F42A6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3DEBA80"/>
  <w14:defaultImageDpi w14:val="300"/>
  <w15:docId w15:val="{6F412DA6-A465-4193-AE0D-743243275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cid:E26995D8-81F3-4F29-B827-72BA030E4C55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459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538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Judith Ford</cp:lastModifiedBy>
  <cp:revision>2</cp:revision>
  <cp:lastPrinted>2025-09-11T19:54:00Z</cp:lastPrinted>
  <dcterms:created xsi:type="dcterms:W3CDTF">2025-09-11T20:13:00Z</dcterms:created>
  <dcterms:modified xsi:type="dcterms:W3CDTF">2025-09-11T20:13:00Z</dcterms:modified>
  <cp:category/>
</cp:coreProperties>
</file>